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סולם AIAS ופעילויות הערכה חלופית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סולם AIAS ואת ארבע הרמות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סיווג מקרים לפי רמת השימוש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שלבים בתהליך חקר ובפעילויות הערכה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סולם AIAS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כלי שמראה כמה מותר להשתמש ב-AI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מבדק בעל פה עם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בקשת רעיונות לנושא לעבודה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אם התוצר החזותי מעביר מסר ברור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לבדוק בעלות של התלמיד על העבודה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להשוות תשובות, לסמן הבדלים ולבדוק מול מקור אמין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רמה 4 היא שימוש מלא ב-AI, רמה 1 היא ללא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בפעילות מדובר על 5 שניות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רפלקציה היא אחת משש התחנות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2–3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הגדרה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(סולם שמראה כמה מותר להשתמש ב-AI במשימה)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(מחשבה על התהליך שעברתי ומה למדתי)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(שיחה קצרה שבודקת שאני מבין/ה את העבודה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(גרסה ראשונית של עבודה לפני שיפור)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(מידע שאפשר לסמוך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(הערות שעוזרות לשפר תוצר)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תחנות החקר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בחירת שאלת חקר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הבנת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השוואה בין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הוספת מקור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בניית תוצר מסכם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רפלקציה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האם המסר שהחבר הבין תואם למה שהתכוונתי? מה אפשר לשנות כדי שהמסר יהיה ברור יותר?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מקרה לרמה 1: כתיבת חיבור בכתב יד ללא כל עזרה. מקרה לרמה 3: שיחה עם בוט מלווה שעוזר לאורך העבודה אך התלמיד כותב בעצמו.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ברור בין שימוש מלא לחוסר שימוש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שהשיחה בודקת הבנה ובעלות על העבודה, לא רק 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נכון של אחד משלבי החקר לפי הסדר שנלמד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דיון ארבע הפינות בכיתה ממש אחרי חלק ה-mc, כדי לחבר בין התרגול לדיון החי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לנחש לבד את סדר תחנות החקר לפני שבודקים יחד 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לבקש מכמה תלמידים להקריא את המקרים שכתבו ולדון יחד באיזו רמה הם שייכים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סולם AIAS ופעילויות הערכה חלופית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סולם AIAS שמסביר כמה מותר להשתמש ב-AI במשימות שונות, ונכיר כמה פעילויות כיתתיות שעוזרות לבדוק הבנה אמיתית של התהליך.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 על סולם AIAS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ההסבר הנכון לסולם AIAS?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כלי שמראה כמה מותר להשתמש ב-AI במשימה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מבחן בעל פה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זיכרון על מושגים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פרומפטים מוכנים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מקרה מתאים לרמה 1 - ללא 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מבדק בעל פה עם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שיחה עם בוט מלווה לאורך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בניית ראשי פרקים עם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יצירת תמונה ב-AI והסבר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מקרה מתאים לרמה 2 - תכנון?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כתיבת חיבור בכיתה בכתב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בקשת רעיונות לנושא לעבודה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יצירת תמונה והסבר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שיחה עם בוט לאורך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בודקים ב'מבחן 5 השניות'?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 התוצר החזותי מעביר מסר ברור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 התלמיד כתב בכתב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 יש טעויות כתיב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אם המורה מסכימה עם הציון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מטרת 'שיחת הגנה מהירה'?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בעלות של התלמיד על העבודה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להחליף ציונים בין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ליצור תמונה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 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בפעילות 'AI נגד AI: מי צודק?' הקבוצות מתבקשות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לבחור איזה כלי AI יותר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להשוות תשובות, לסמן הבדלים ולבדוק מול מקור אמין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חיבור בכתב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 זיכרון מושגים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רמה 4 בסולם AIAS פירושה עבודה ללא שום שימוש ב-AI.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בדיון ארבע הפינות מותר לתלמיד לעבור פינה אחרי ששמע נימוקים אחרים.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ב'מבחן 5 השניות' היוצר מראה את התוצר לחבר לדקה שלמה.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תחנות החקר במחברת כוללות גם שלב של רפלקציה.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מקרה של 'כתיבת חיבור בכיתה בכתב יד' מתאים לרמה __________ בסולם AIAS.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בפעילות 'שיחת הגנה מהירה' המורה שואלת __________ שאלות מתוך בנק 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שלב ה-__________ בתהליך החקר הוא המחשבה על מה שלמדתי ואיך עבדתי.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משחק הזיכרון בדף מתרגל זוגות של מושג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AIAS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מחשבה על התהליך שעברתי ומה למדתי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רפלקציה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סולם שמראה כמה מותר להשתמש ב-AI במשימה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שיחת 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מידע שאפשר לסמוך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טיוטה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הערות שעוזרות לשפר תוצר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מקור אמין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שיחה קצרה שבודקת שאני מבין/ה את העבודה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גרסה ראשונית של עבודה לפני שיפור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תחנות החקר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בניית תוצר מסכם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מקורות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שאלת חקר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רפלקציה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הבנת מקורות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הוספת מקור אישי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מהן שתי שאלות ששואלים את עצמנו אחרי 'מבחן 5 השניות' כדי לשפר תוצר חזותי?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מקרים קצרים של שימוש תלמידים ב-AI במשימה בכיתה: אחד לרמה 1 ואחד לרמה 3, והסבירו מדוע כל אחד מתאים לרמה שבחרתם.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רמה 1 לרמה 4 בסולם AIAS?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בודקת שיחת הגנה מהירה?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שלב אחד בתהליך החקר והסבירו אותו בקצרה.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סולם AIAS ופעילויות הערכה חלופית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